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FDF5F3" w14:textId="05E26568" w:rsidR="00B16CBA" w:rsidRPr="001A17D9" w:rsidRDefault="007021E4">
      <w:pPr>
        <w:rPr>
          <w:rFonts w:ascii="Calibri" w:hAnsi="Calibri" w:cs="Calibri"/>
          <w:color w:val="000000" w:themeColor="text1"/>
          <w:sz w:val="26"/>
          <w:szCs w:val="26"/>
        </w:rPr>
      </w:pPr>
      <w:r w:rsidRPr="001A17D9">
        <w:rPr>
          <w:rFonts w:ascii="Calibri" w:hAnsi="Calibri" w:cs="Calibri"/>
          <w:b/>
          <w:bCs/>
          <w:color w:val="000000" w:themeColor="text1"/>
          <w:sz w:val="26"/>
          <w:szCs w:val="26"/>
        </w:rPr>
        <w:t>Name</w:t>
      </w:r>
      <w:r w:rsidRPr="001A17D9">
        <w:rPr>
          <w:rFonts w:ascii="Calibri" w:hAnsi="Calibri" w:cs="Calibri"/>
          <w:color w:val="000000" w:themeColor="text1"/>
          <w:sz w:val="26"/>
          <w:szCs w:val="26"/>
        </w:rPr>
        <w:t>: ___________________________________</w:t>
      </w:r>
    </w:p>
    <w:p w14:paraId="1CBFAD34" w14:textId="2794515A" w:rsidR="00B91EE8" w:rsidRPr="001A17D9" w:rsidRDefault="007021E4">
      <w:pPr>
        <w:rPr>
          <w:rFonts w:ascii="Calibri" w:hAnsi="Calibri" w:cs="Calibri"/>
          <w:color w:val="000000" w:themeColor="text1"/>
          <w:sz w:val="26"/>
          <w:szCs w:val="26"/>
        </w:rPr>
      </w:pPr>
      <w:r w:rsidRPr="001A17D9">
        <w:rPr>
          <w:rFonts w:ascii="Calibri" w:hAnsi="Calibri" w:cs="Calibri"/>
          <w:b/>
          <w:bCs/>
          <w:color w:val="000000" w:themeColor="text1"/>
          <w:sz w:val="26"/>
          <w:szCs w:val="26"/>
        </w:rPr>
        <w:t>Instructions:</w:t>
      </w:r>
      <w:r w:rsidRPr="001A17D9">
        <w:rPr>
          <w:rFonts w:ascii="Calibri" w:hAnsi="Calibri" w:cs="Calibri"/>
          <w:color w:val="000000" w:themeColor="text1"/>
          <w:sz w:val="26"/>
          <w:szCs w:val="26"/>
        </w:rPr>
        <w:t xml:space="preserve"> </w:t>
      </w:r>
      <w:r w:rsidR="0032735D" w:rsidRPr="001A17D9">
        <w:rPr>
          <w:rFonts w:ascii="Calibri" w:hAnsi="Calibri" w:cs="Calibri"/>
          <w:color w:val="000000" w:themeColor="text1"/>
          <w:sz w:val="26"/>
          <w:szCs w:val="26"/>
        </w:rPr>
        <w:t xml:space="preserve">Take notes while following along in class or from the PowerPoint on </w:t>
      </w:r>
      <w:r w:rsidR="008165A2">
        <w:rPr>
          <w:rFonts w:ascii="Calibri" w:hAnsi="Calibri" w:cs="Calibri"/>
          <w:color w:val="000000" w:themeColor="text1"/>
          <w:sz w:val="26"/>
          <w:szCs w:val="26"/>
        </w:rPr>
        <w:t xml:space="preserve">the </w:t>
      </w:r>
      <w:r w:rsidR="0032735D" w:rsidRPr="001A17D9">
        <w:rPr>
          <w:rFonts w:ascii="Calibri" w:hAnsi="Calibri" w:cs="Calibri"/>
          <w:color w:val="000000" w:themeColor="text1"/>
          <w:sz w:val="26"/>
          <w:szCs w:val="26"/>
        </w:rPr>
        <w:t>class website</w:t>
      </w:r>
    </w:p>
    <w:p w14:paraId="2583D6CB" w14:textId="2A74E37D" w:rsidR="00B91EE8" w:rsidRPr="001A17D9" w:rsidRDefault="007021E4">
      <w:pPr>
        <w:pStyle w:val="Heading2"/>
        <w:rPr>
          <w:rFonts w:ascii="Calibri" w:hAnsi="Calibri" w:cs="Calibri"/>
          <w:color w:val="000000" w:themeColor="text1"/>
        </w:rPr>
      </w:pPr>
      <w:r w:rsidRPr="001A17D9">
        <w:rPr>
          <w:rFonts w:ascii="Calibri" w:hAnsi="Calibri" w:cs="Calibri"/>
          <w:color w:val="000000" w:themeColor="text1"/>
        </w:rPr>
        <w:t>Key Ideas</w:t>
      </w:r>
    </w:p>
    <w:p w14:paraId="56E517BB" w14:textId="77777777" w:rsidR="007021E4" w:rsidRPr="001A17D9" w:rsidRDefault="007021E4" w:rsidP="007021E4">
      <w:pPr>
        <w:spacing w:after="0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021E4" w:rsidRPr="001A17D9" w14:paraId="4DDE54B6" w14:textId="77777777" w:rsidTr="007A5269">
        <w:tc>
          <w:tcPr>
            <w:tcW w:w="8630" w:type="dxa"/>
          </w:tcPr>
          <w:p w14:paraId="3E676597" w14:textId="63A810B7" w:rsidR="007021E4" w:rsidRPr="001A17D9" w:rsidRDefault="007021E4" w:rsidP="007021E4">
            <w:pPr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  <w:r w:rsidRPr="001A17D9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>Define colonialism in your own words:</w:t>
            </w:r>
          </w:p>
          <w:p w14:paraId="1A964A6A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  <w:p w14:paraId="40A7A9F0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  <w:p w14:paraId="5E522F8A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  <w:p w14:paraId="3FEEF94A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</w:tc>
      </w:tr>
    </w:tbl>
    <w:p w14:paraId="22992CCC" w14:textId="121995BC" w:rsidR="007021E4" w:rsidRPr="001A17D9" w:rsidRDefault="007021E4" w:rsidP="007021E4">
      <w:pPr>
        <w:ind w:left="720"/>
        <w:rPr>
          <w:rFonts w:ascii="Calibri" w:hAnsi="Calibri" w:cs="Calibri"/>
          <w:color w:val="000000" w:themeColor="text1"/>
          <w:sz w:val="26"/>
          <w:szCs w:val="26"/>
        </w:rPr>
      </w:pPr>
      <w:r w:rsidRPr="001A17D9">
        <w:rPr>
          <w:rFonts w:ascii="Calibri" w:hAnsi="Calibri" w:cs="Calibri"/>
          <w:color w:val="000000" w:themeColor="text1"/>
          <w:sz w:val="26"/>
          <w:szCs w:val="26"/>
        </w:rPr>
        <w:t xml:space="preserve">  </w:t>
      </w:r>
    </w:p>
    <w:p w14:paraId="46A4F2C2" w14:textId="6B39D0A3" w:rsidR="003723DB" w:rsidRDefault="007021E4" w:rsidP="001A17D9">
      <w:pPr>
        <w:pStyle w:val="Heading2"/>
        <w:rPr>
          <w:rFonts w:ascii="Calibri" w:hAnsi="Calibri" w:cs="Calibri"/>
          <w:color w:val="000000" w:themeColor="text1"/>
        </w:rPr>
      </w:pPr>
      <w:r w:rsidRPr="001A17D9">
        <w:rPr>
          <w:rFonts w:ascii="Calibri" w:hAnsi="Calibri" w:cs="Calibri"/>
          <w:color w:val="000000" w:themeColor="text1"/>
        </w:rPr>
        <w:t>Major Colonizers</w:t>
      </w:r>
    </w:p>
    <w:p w14:paraId="0FD89D19" w14:textId="77777777" w:rsidR="001A17D9" w:rsidRPr="001A17D9" w:rsidRDefault="001A17D9" w:rsidP="001A17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021E4" w:rsidRPr="001A17D9" w14:paraId="4625C6DE" w14:textId="77777777" w:rsidTr="007021E4">
        <w:tc>
          <w:tcPr>
            <w:tcW w:w="8856" w:type="dxa"/>
          </w:tcPr>
          <w:p w14:paraId="51136594" w14:textId="07102F08" w:rsidR="007021E4" w:rsidRPr="001A17D9" w:rsidRDefault="007021E4" w:rsidP="00962E35">
            <w:pPr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  <w:r w:rsidRPr="001A17D9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 xml:space="preserve">Write down the </w:t>
            </w:r>
            <w:r w:rsidRPr="001A17D9">
              <w:rPr>
                <w:rFonts w:ascii="Calibri" w:hAnsi="Calibri" w:cs="Calibri"/>
                <w:b/>
                <w:bCs/>
                <w:color w:val="000000" w:themeColor="text1"/>
                <w:sz w:val="26"/>
                <w:szCs w:val="26"/>
              </w:rPr>
              <w:t>8 European</w:t>
            </w:r>
            <w:r w:rsidRPr="001A17D9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 xml:space="preserve"> countries that were </w:t>
            </w:r>
            <w:r w:rsidRPr="001A17D9">
              <w:rPr>
                <w:rFonts w:ascii="Calibri" w:hAnsi="Calibri" w:cs="Calibri"/>
                <w:b/>
                <w:bCs/>
                <w:color w:val="000000" w:themeColor="text1"/>
                <w:sz w:val="26"/>
                <w:szCs w:val="26"/>
              </w:rPr>
              <w:t>major</w:t>
            </w:r>
            <w:r w:rsidRPr="001A17D9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 xml:space="preserve"> colonizers: </w:t>
            </w:r>
          </w:p>
          <w:p w14:paraId="7E5CA7DB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  <w:p w14:paraId="001588A0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  <w:p w14:paraId="2A457853" w14:textId="77777777" w:rsidR="007021E4" w:rsidRPr="001A17D9" w:rsidRDefault="007021E4" w:rsidP="007021E4">
            <w:pPr>
              <w:rPr>
                <w:sz w:val="26"/>
                <w:szCs w:val="26"/>
              </w:rPr>
            </w:pPr>
          </w:p>
        </w:tc>
      </w:tr>
      <w:tr w:rsidR="007021E4" w:rsidRPr="001A17D9" w14:paraId="68D6D630" w14:textId="77777777" w:rsidTr="007021E4">
        <w:tc>
          <w:tcPr>
            <w:tcW w:w="8856" w:type="dxa"/>
          </w:tcPr>
          <w:p w14:paraId="30A9960B" w14:textId="2B2C519B" w:rsidR="007021E4" w:rsidRPr="001A17D9" w:rsidRDefault="00384905" w:rsidP="00962E35">
            <w:pPr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  <w:r w:rsidRPr="001A17D9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 xml:space="preserve">Choose Belgium </w:t>
            </w:r>
            <w:r w:rsidRPr="001A17D9">
              <w:rPr>
                <w:rFonts w:ascii="Calibri" w:hAnsi="Calibri" w:cs="Calibri"/>
                <w:b/>
                <w:bCs/>
                <w:color w:val="000000" w:themeColor="text1"/>
                <w:sz w:val="26"/>
                <w:szCs w:val="26"/>
              </w:rPr>
              <w:t>or</w:t>
            </w:r>
            <w:r w:rsidRPr="001A17D9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 xml:space="preserve"> the Netherlands. Look up which countries they colonized:</w:t>
            </w:r>
          </w:p>
          <w:p w14:paraId="572548E9" w14:textId="77777777" w:rsidR="007021E4" w:rsidRPr="001A17D9" w:rsidRDefault="007021E4" w:rsidP="007021E4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</w:p>
          <w:p w14:paraId="07F72DED" w14:textId="77777777" w:rsidR="007021E4" w:rsidRPr="001A17D9" w:rsidRDefault="007021E4" w:rsidP="007021E4">
            <w:pPr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</w:p>
          <w:p w14:paraId="44F50C4F" w14:textId="77777777" w:rsidR="007021E4" w:rsidRPr="001A17D9" w:rsidRDefault="007021E4" w:rsidP="007021E4">
            <w:pPr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</w:p>
          <w:p w14:paraId="44ED90BF" w14:textId="77777777" w:rsidR="007A5269" w:rsidRPr="001A17D9" w:rsidRDefault="007A5269" w:rsidP="007021E4">
            <w:pPr>
              <w:rPr>
                <w:rFonts w:ascii="Calibri" w:hAnsi="Calibri" w:cs="Calibri"/>
                <w:color w:val="000000" w:themeColor="text1"/>
                <w:sz w:val="26"/>
                <w:szCs w:val="26"/>
              </w:rPr>
            </w:pPr>
          </w:p>
        </w:tc>
      </w:tr>
    </w:tbl>
    <w:p w14:paraId="20B627A3" w14:textId="6487A02B" w:rsidR="00B91EE8" w:rsidRPr="001A17D9" w:rsidRDefault="006575D0">
      <w:pPr>
        <w:pStyle w:val="Heading2"/>
        <w:rPr>
          <w:rFonts w:ascii="Calibri" w:hAnsi="Calibri" w:cs="Calibri"/>
          <w:color w:val="000000" w:themeColor="text1"/>
        </w:rPr>
      </w:pPr>
      <w:r w:rsidRPr="001A17D9">
        <w:rPr>
          <w:rFonts w:ascii="Calibri" w:hAnsi="Calibri" w:cs="Calibri"/>
          <w:color w:val="000000" w:themeColor="text1"/>
        </w:rPr>
        <w:t>Comprehension</w:t>
      </w:r>
    </w:p>
    <w:p w14:paraId="55182493" w14:textId="77777777" w:rsidR="007021E4" w:rsidRPr="001A17D9" w:rsidRDefault="007021E4" w:rsidP="007021E4">
      <w:pPr>
        <w:spacing w:after="0"/>
        <w:rPr>
          <w:rFonts w:ascii="Calibri" w:hAnsi="Calibri" w:cs="Calibri"/>
          <w:color w:val="000000" w:themeColor="text1"/>
          <w:sz w:val="26"/>
          <w:szCs w:val="26"/>
        </w:rPr>
      </w:pPr>
    </w:p>
    <w:p w14:paraId="2899BA79" w14:textId="1E072B60" w:rsidR="00B91EE8" w:rsidRPr="001A17D9" w:rsidRDefault="007021E4" w:rsidP="003723DB">
      <w:pPr>
        <w:pStyle w:val="ListParagraph"/>
        <w:numPr>
          <w:ilvl w:val="0"/>
          <w:numId w:val="11"/>
        </w:numPr>
        <w:spacing w:line="480" w:lineRule="auto"/>
        <w:rPr>
          <w:rFonts w:ascii="Calibri" w:hAnsi="Calibri" w:cs="Calibri"/>
          <w:color w:val="000000" w:themeColor="text1"/>
          <w:sz w:val="26"/>
          <w:szCs w:val="26"/>
        </w:rPr>
      </w:pPr>
      <w:r w:rsidRPr="001A17D9">
        <w:rPr>
          <w:rFonts w:ascii="Calibri" w:hAnsi="Calibri" w:cs="Calibri"/>
          <w:color w:val="000000" w:themeColor="text1"/>
          <w:sz w:val="26"/>
          <w:szCs w:val="26"/>
        </w:rPr>
        <w:t>Which two European powers colonized Canada? _____________________</w:t>
      </w:r>
    </w:p>
    <w:p w14:paraId="309D2059" w14:textId="76E4B53A" w:rsidR="00B91EE8" w:rsidRPr="001A17D9" w:rsidRDefault="007021E4" w:rsidP="003723DB">
      <w:pPr>
        <w:pStyle w:val="ListParagraph"/>
        <w:numPr>
          <w:ilvl w:val="0"/>
          <w:numId w:val="11"/>
        </w:numPr>
        <w:spacing w:line="480" w:lineRule="auto"/>
        <w:rPr>
          <w:rFonts w:ascii="Calibri" w:hAnsi="Calibri" w:cs="Calibri"/>
          <w:color w:val="000000" w:themeColor="text1"/>
          <w:sz w:val="26"/>
          <w:szCs w:val="26"/>
        </w:rPr>
      </w:pPr>
      <w:r w:rsidRPr="001A17D9">
        <w:rPr>
          <w:rFonts w:ascii="Calibri" w:hAnsi="Calibri" w:cs="Calibri"/>
          <w:color w:val="000000" w:themeColor="text1"/>
          <w:sz w:val="26"/>
          <w:szCs w:val="26"/>
        </w:rPr>
        <w:t>Which European power colonized Brazil? __________________________</w:t>
      </w:r>
    </w:p>
    <w:p w14:paraId="600038D2" w14:textId="6E4FBB73" w:rsidR="00B91EE8" w:rsidRPr="001A17D9" w:rsidRDefault="007021E4" w:rsidP="003723DB">
      <w:pPr>
        <w:pStyle w:val="ListParagraph"/>
        <w:numPr>
          <w:ilvl w:val="0"/>
          <w:numId w:val="11"/>
        </w:numPr>
        <w:spacing w:line="480" w:lineRule="auto"/>
        <w:rPr>
          <w:rFonts w:ascii="Calibri" w:hAnsi="Calibri" w:cs="Calibri"/>
          <w:color w:val="000000" w:themeColor="text1"/>
          <w:sz w:val="26"/>
          <w:szCs w:val="26"/>
        </w:rPr>
      </w:pPr>
      <w:r w:rsidRPr="001A17D9">
        <w:rPr>
          <w:rFonts w:ascii="Calibri" w:hAnsi="Calibri" w:cs="Calibri"/>
          <w:color w:val="000000" w:themeColor="text1"/>
          <w:sz w:val="26"/>
          <w:szCs w:val="26"/>
        </w:rPr>
        <w:t>Which European power colonized Vietnam? ________________________</w:t>
      </w:r>
    </w:p>
    <w:p w14:paraId="3C78B5CD" w14:textId="398B5DAF" w:rsidR="007021E4" w:rsidRPr="001A17D9" w:rsidRDefault="007021E4" w:rsidP="003723DB">
      <w:pPr>
        <w:pStyle w:val="ListParagraph"/>
        <w:numPr>
          <w:ilvl w:val="0"/>
          <w:numId w:val="11"/>
        </w:numPr>
        <w:spacing w:line="480" w:lineRule="auto"/>
        <w:rPr>
          <w:rFonts w:ascii="Calibri" w:hAnsi="Calibri" w:cs="Calibri"/>
          <w:color w:val="000000" w:themeColor="text1"/>
          <w:sz w:val="26"/>
          <w:szCs w:val="26"/>
          <w:lang w:val="en-CA"/>
        </w:rPr>
      </w:pPr>
      <w:r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 xml:space="preserve">Which of the following countries was a major colonizer? </w:t>
      </w:r>
    </w:p>
    <w:p w14:paraId="43988431" w14:textId="5777E0D9" w:rsidR="00B91EE8" w:rsidRPr="001A17D9" w:rsidRDefault="007021E4">
      <w:pPr>
        <w:rPr>
          <w:rFonts w:ascii="Calibri" w:hAnsi="Calibri" w:cs="Calibri"/>
          <w:color w:val="000000" w:themeColor="text1"/>
          <w:sz w:val="26"/>
          <w:szCs w:val="26"/>
          <w:lang w:val="en-CA"/>
        </w:rPr>
      </w:pPr>
      <w:r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ab/>
      </w:r>
      <w:r w:rsidR="00962E35"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>A</w:t>
      </w:r>
      <w:r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 xml:space="preserve">) Britain </w:t>
      </w:r>
      <w:r w:rsidR="00962E35"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ab/>
      </w:r>
      <w:r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 xml:space="preserve">B) Mexico </w:t>
      </w:r>
      <w:r w:rsidR="00962E35"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ab/>
      </w:r>
      <w:r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 xml:space="preserve">C) Brazil </w:t>
      </w:r>
      <w:r w:rsidR="00962E35"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ab/>
      </w:r>
      <w:r w:rsidRPr="001A17D9">
        <w:rPr>
          <w:rFonts w:ascii="Calibri" w:hAnsi="Calibri" w:cs="Calibri"/>
          <w:color w:val="000000" w:themeColor="text1"/>
          <w:sz w:val="26"/>
          <w:szCs w:val="26"/>
          <w:lang w:val="en-CA"/>
        </w:rPr>
        <w:t>D) Vietnam</w:t>
      </w:r>
    </w:p>
    <w:sectPr w:rsidR="00B91EE8" w:rsidRPr="001A17D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DE416F" w14:textId="77777777" w:rsidR="00F01850" w:rsidRDefault="00F01850" w:rsidP="007021E4">
      <w:pPr>
        <w:spacing w:after="0" w:line="240" w:lineRule="auto"/>
      </w:pPr>
      <w:r>
        <w:separator/>
      </w:r>
    </w:p>
  </w:endnote>
  <w:endnote w:type="continuationSeparator" w:id="0">
    <w:p w14:paraId="68198D24" w14:textId="77777777" w:rsidR="00F01850" w:rsidRDefault="00F01850" w:rsidP="00702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1B9D5" w14:textId="77777777" w:rsidR="00962E35" w:rsidRDefault="00962E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9C8EDA" w14:textId="77777777" w:rsidR="00962E35" w:rsidRDefault="00962E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4A962" w14:textId="77777777" w:rsidR="00962E35" w:rsidRDefault="00962E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D9622F" w14:textId="77777777" w:rsidR="00F01850" w:rsidRDefault="00F01850" w:rsidP="007021E4">
      <w:pPr>
        <w:spacing w:after="0" w:line="240" w:lineRule="auto"/>
      </w:pPr>
      <w:r>
        <w:separator/>
      </w:r>
    </w:p>
  </w:footnote>
  <w:footnote w:type="continuationSeparator" w:id="0">
    <w:p w14:paraId="333A4444" w14:textId="77777777" w:rsidR="00F01850" w:rsidRDefault="00F01850" w:rsidP="00702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70088" w14:textId="77777777" w:rsidR="00962E35" w:rsidRDefault="00962E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30B88" w14:textId="02830C31" w:rsidR="007021E4" w:rsidRPr="007021E4" w:rsidRDefault="007021E4" w:rsidP="007021E4">
    <w:pPr>
      <w:pStyle w:val="Heading1"/>
      <w:spacing w:before="0"/>
      <w:jc w:val="center"/>
      <w:rPr>
        <w:rFonts w:ascii="Calibri" w:hAnsi="Calibri" w:cs="Calibri"/>
        <w:color w:val="000000" w:themeColor="text1"/>
      </w:rPr>
    </w:pPr>
    <w:r w:rsidRPr="007021E4">
      <w:rPr>
        <w:rFonts w:ascii="Calibri" w:hAnsi="Calibri" w:cs="Calibri"/>
        <w:color w:val="000000" w:themeColor="text1"/>
      </w:rPr>
      <w:t>Understanding Colonialism Worksheet</w:t>
    </w:r>
  </w:p>
  <w:p w14:paraId="325AA38D" w14:textId="77777777" w:rsidR="007021E4" w:rsidRDefault="007021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025863" w14:textId="77777777" w:rsidR="00962E35" w:rsidRDefault="00962E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7263BF"/>
    <w:multiLevelType w:val="hybridMultilevel"/>
    <w:tmpl w:val="9F60A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F5D43"/>
    <w:multiLevelType w:val="hybridMultilevel"/>
    <w:tmpl w:val="0562D2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8F7CF1"/>
    <w:multiLevelType w:val="hybridMultilevel"/>
    <w:tmpl w:val="70CCBF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059077">
    <w:abstractNumId w:val="8"/>
  </w:num>
  <w:num w:numId="2" w16cid:durableId="1155294023">
    <w:abstractNumId w:val="6"/>
  </w:num>
  <w:num w:numId="3" w16cid:durableId="2113816033">
    <w:abstractNumId w:val="5"/>
  </w:num>
  <w:num w:numId="4" w16cid:durableId="1596866200">
    <w:abstractNumId w:val="4"/>
  </w:num>
  <w:num w:numId="5" w16cid:durableId="1431584501">
    <w:abstractNumId w:val="7"/>
  </w:num>
  <w:num w:numId="6" w16cid:durableId="942223896">
    <w:abstractNumId w:val="3"/>
  </w:num>
  <w:num w:numId="7" w16cid:durableId="688220290">
    <w:abstractNumId w:val="2"/>
  </w:num>
  <w:num w:numId="8" w16cid:durableId="1332760595">
    <w:abstractNumId w:val="1"/>
  </w:num>
  <w:num w:numId="9" w16cid:durableId="267392264">
    <w:abstractNumId w:val="0"/>
  </w:num>
  <w:num w:numId="10" w16cid:durableId="337122778">
    <w:abstractNumId w:val="10"/>
  </w:num>
  <w:num w:numId="11" w16cid:durableId="1201550053">
    <w:abstractNumId w:val="9"/>
  </w:num>
  <w:num w:numId="12" w16cid:durableId="125019123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B65"/>
    <w:rsid w:val="0006063C"/>
    <w:rsid w:val="0015074B"/>
    <w:rsid w:val="001640C3"/>
    <w:rsid w:val="001A17D9"/>
    <w:rsid w:val="0029639D"/>
    <w:rsid w:val="00326F90"/>
    <w:rsid w:val="0032735D"/>
    <w:rsid w:val="00371083"/>
    <w:rsid w:val="003723DB"/>
    <w:rsid w:val="00384905"/>
    <w:rsid w:val="005167E0"/>
    <w:rsid w:val="006575D0"/>
    <w:rsid w:val="007021E4"/>
    <w:rsid w:val="007A5269"/>
    <w:rsid w:val="008165A2"/>
    <w:rsid w:val="00962E35"/>
    <w:rsid w:val="00A779FE"/>
    <w:rsid w:val="00AA1D8D"/>
    <w:rsid w:val="00B16CBA"/>
    <w:rsid w:val="00B2201F"/>
    <w:rsid w:val="00B47730"/>
    <w:rsid w:val="00B91EE8"/>
    <w:rsid w:val="00CB0664"/>
    <w:rsid w:val="00F01850"/>
    <w:rsid w:val="00FC51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73F75C"/>
  <w14:defaultImageDpi w14:val="300"/>
  <w15:docId w15:val="{FCE2F509-CE6E-1841-9593-AAFB4065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James</cp:lastModifiedBy>
  <cp:revision>14</cp:revision>
  <cp:lastPrinted>2025-09-16T16:50:00Z</cp:lastPrinted>
  <dcterms:created xsi:type="dcterms:W3CDTF">2025-09-16T17:03:00Z</dcterms:created>
  <dcterms:modified xsi:type="dcterms:W3CDTF">2026-09-18T16:51:00Z</dcterms:modified>
  <cp:category/>
</cp:coreProperties>
</file>